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BIZ UDPGothic" w:hAnsi="BIZ UDPGothic" w:eastAsia="BIZ UDPGothic"/>
          <w:b/>
          <w:color w:val="2E74B5"/>
          <w:sz w:val="20"/>
        </w:rPr>
        <w:t>転職レベルアップ｜無料テンプレート</w:t>
      </w:r>
    </w:p>
    <w:p>
      <w:pPr>
        <w:keepNext/>
        <w:spacing w:after="120"/>
      </w:pPr>
      <w:r>
        <w:rPr>
          <w:rFonts w:ascii="BIZ UDPGothic" w:hAnsi="BIZ UDPGothic" w:eastAsia="BIZ UDPGothic"/>
          <w:b/>
          <w:color w:val="183B5B"/>
          <w:sz w:val="48"/>
        </w:rPr>
        <w:t>職務要約・職務経歴書</w:t>
        <w:br/>
        <w:t>下書きテンプレート</w:t>
      </w:r>
    </w:p>
    <w:p>
      <w:pPr>
        <w:spacing w:after="320"/>
      </w:pPr>
      <w:r>
        <w:rPr>
          <w:rFonts w:ascii="BIZ UDPGothic" w:hAnsi="BIZ UDPGothic" w:eastAsia="BIZ UDPGothic"/>
          <w:color w:val="5D6B78"/>
          <w:sz w:val="26"/>
        </w:rPr>
        <w:t>事実を集めて、自分の言葉に整える。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4" w:color="EAF3F8"/>
          <w:left w:val="single" w:sz="4" w:color="EAF3F8"/>
          <w:bottom w:val="single" w:sz="4" w:color="EAF3F8"/>
          <w:right w:val="single" w:sz="4" w:color="EAF3F8"/>
          <w:insideH w:val="single" w:sz="4" w:color="EAF3F8"/>
          <w:insideV w:val="single" w:sz="4" w:color="EAF3F8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AF3F8"/>
          </w:tcPr>
          <w:p>
            <w:pPr>
              <w:spacing w:after="60"/>
            </w:pPr>
            <w:r>
              <w:rPr>
                <w:rFonts w:ascii="BIZ UDPGothic" w:hAnsi="BIZ UDPGothic" w:eastAsia="BIZ UDPGothic"/>
                <w:b/>
                <w:color w:val="183B5B"/>
                <w:sz w:val="22"/>
              </w:rPr>
              <w:t>このテンプレートの約束</w:t>
            </w:r>
          </w:p>
          <w:p>
            <w:pPr>
              <w:spacing w:after="0" w:line="300" w:lineRule="auto"/>
            </w:pPr>
            <w:r>
              <w:rPr>
                <w:rFonts w:ascii="BIZ UDPGothic" w:hAnsi="BIZ UDPGothic" w:eastAsia="BIZ UDPGothic"/>
                <w:color w:val="243442"/>
                <w:sz w:val="21"/>
              </w:rPr>
              <w:t>実績や数字は作りません。確認できる事実だけを入れ、最後は面接で自分の言葉で説明できる文章に直してください。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まずは3ステップ</w:t>
      </w:r>
    </w:p>
    <w:p>
      <w:pPr>
        <w:spacing w:after="80" w:line="300" w:lineRule="auto"/>
        <w:ind w:left="539" w:hanging="272"/>
        <w:numPr>
          <w:ilvl w:val="0"/>
          <w:numId w:val="10"/>
        </w:numPr>
      </w:pPr>
      <w:r>
        <w:t>会社ごとに、期間・役割・担当業務・工夫・確認できる結果をメモする。</w:t>
      </w:r>
    </w:p>
    <w:p>
      <w:pPr>
        <w:spacing w:after="80" w:line="300" w:lineRule="auto"/>
        <w:ind w:left="539" w:hanging="272"/>
        <w:numPr>
          <w:ilvl w:val="0"/>
          <w:numId w:val="10"/>
        </w:numPr>
      </w:pPr>
      <w:r>
        <w:t>角かっこ［ ］を自分の事実に置き換え、使わない項目は削除する。</w:t>
      </w:r>
    </w:p>
    <w:p>
      <w:pPr>
        <w:spacing w:after="80" w:line="300" w:lineRule="auto"/>
        <w:ind w:left="539" w:hanging="272"/>
        <w:numPr>
          <w:ilvl w:val="0"/>
          <w:numId w:val="10"/>
        </w:numPr>
      </w:pPr>
      <w:r>
        <w:t>声に出して読み、普段使わない言葉や説明できない表現をやさしく直す。</w:t>
      </w:r>
    </w:p>
    <w:p>
      <w:pPr>
        <w:pStyle w:val="Heading2"/>
        <w:keepNext/>
      </w:pPr>
      <w:r>
        <w:t>入力前の注意</w:t>
      </w:r>
    </w:p>
    <w:p>
      <w:pPr>
        <w:pStyle w:val="ListBullet"/>
        <w:spacing w:after="80" w:line="300" w:lineRule="auto"/>
        <w:ind w:left="539" w:hanging="272"/>
      </w:pPr>
      <w:r>
        <w:t>取引先名、未公開案件、社外秘の数値、他人の個人情報は書かない。</w:t>
      </w:r>
    </w:p>
    <w:p>
      <w:pPr>
        <w:pStyle w:val="ListBullet"/>
        <w:spacing w:after="80" w:line="300" w:lineRule="auto"/>
        <w:ind w:left="539" w:hanging="272"/>
      </w:pPr>
      <w:r>
        <w:t>前年比や削減率を入れるなら、元データ・期間・自分の役割を確認する。</w:t>
      </w:r>
    </w:p>
    <w:p>
      <w:pPr>
        <w:pStyle w:val="ListBullet"/>
        <w:spacing w:after="80" w:line="300" w:lineRule="auto"/>
        <w:ind w:left="539" w:hanging="272"/>
      </w:pPr>
      <w:r>
        <w:t>『必ず』『最短』『大幅アップ』など、保証に見える表現は避ける。</w:t>
      </w:r>
    </w:p>
    <w:p>
      <w:pPr>
        <w:pStyle w:val="ListBullet"/>
        <w:spacing w:after="80" w:line="300" w:lineRule="auto"/>
        <w:ind w:left="539" w:hanging="272"/>
      </w:pPr>
      <w:r>
        <w:t>生成文をそのまま提出せず、事実確認と自分の言葉への書き直しを行う。</w:t>
      </w:r>
    </w:p>
    <w:p>
      <w:pPr>
        <w:pStyle w:val="Heading1"/>
        <w:keepNext/>
      </w:pPr>
      <w:r>
        <w:t>基本情報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6" w:color="CBD7E1"/>
          <w:left w:val="single" w:sz="6" w:color="CBD7E1"/>
          <w:bottom w:val="single" w:sz="6" w:color="CBD7E1"/>
          <w:right w:val="single" w:sz="6" w:color="CBD7E1"/>
          <w:insideH w:val="single" w:sz="6" w:color="CBD7E1"/>
          <w:insideV w:val="single" w:sz="6" w:color="CBD7E1"/>
        </w:tblBorders>
      </w:tblPr>
      <w:tblGrid>
        <w:gridCol w:w="2324"/>
        <w:gridCol w:w="7654"/>
      </w:tblGrid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作成日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［西暦］年［月］月［日］日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氏名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［氏名］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希望職種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［応募先に合わせて記入］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連絡先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［提出先から求められた場合のみ記入］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1. 職務要約</w:t>
      </w:r>
    </w:p>
    <w:p>
      <w:pPr>
        <w:spacing w:after="120" w:line="300" w:lineRule="auto"/>
      </w:pPr>
      <w:r>
        <w:rPr>
          <w:rFonts w:ascii="BIZ UDPGothic" w:hAnsi="BIZ UDPGothic" w:eastAsia="BIZ UDPGothic"/>
          <w:color w:val="243442"/>
          <w:sz w:val="22"/>
        </w:rPr>
        <w:t>採用担当者が最初に全体像をつかめるよう、職種・経験年数・主な仕事・強み・今後を3〜5文でまとめます。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6" w:color="CBD7E1"/>
          <w:left w:val="single" w:sz="6" w:color="CBD7E1"/>
          <w:bottom w:val="single" w:sz="6" w:color="CBD7E1"/>
          <w:right w:val="single" w:sz="6" w:color="CBD7E1"/>
          <w:insideH w:val="single" w:sz="6" w:color="CBD7E1"/>
          <w:insideV w:val="single" w:sz="6" w:color="CBD7E1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83B5B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FFFFFF"/>
                <w:sz w:val="21"/>
              </w:rPr>
              <w:t>そのまま使える骨組み</w:t>
            </w:r>
          </w:p>
        </w:tc>
      </w:tr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300" w:lineRule="auto"/>
            </w:pPr>
            <w:r>
              <w:rPr>
                <w:rFonts w:ascii="BIZ UDPGothic" w:hAnsi="BIZ UDPGothic" w:eastAsia="BIZ UDPGothic"/>
                <w:color w:val="243442"/>
                <w:sz w:val="21"/>
              </w:rPr>
              <w:t>［業界］で［職種］として約［年数］年、［主な対象・業務］を担当してきました。</w:t>
              <w:br/>
              <w:t>主に［担当範囲］に携わり、［工夫したこと］を行いました。</w:t>
              <w:br/>
              <w:t>強みは［強み］で、［確認できる結果・変化］につなげた経験があります。</w:t>
              <w:br/>
              <w:t>今後は［応募先で活かしたい経験］を活かし、［貢献したいこと］に取り組みたいと考えています。</w:t>
            </w:r>
          </w:p>
        </w:tc>
      </w:tr>
    </w:tbl>
    <w:p>
      <w:pPr>
        <w:spacing w:after="0"/>
      </w:pP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4" w:color="F4F6F8"/>
          <w:left w:val="single" w:sz="4" w:color="F4F6F8"/>
          <w:bottom w:val="single" w:sz="4" w:color="F4F6F8"/>
          <w:right w:val="single" w:sz="4" w:color="F4F6F8"/>
          <w:insideH w:val="single" w:sz="4" w:color="F4F6F8"/>
          <w:insideV w:val="single" w:sz="4" w:color="F4F6F8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60"/>
            </w:pPr>
            <w:r>
              <w:rPr>
                <w:rFonts w:ascii="BIZ UDPGothic" w:hAnsi="BIZ UDPGothic" w:eastAsia="BIZ UDPGothic"/>
                <w:b/>
                <w:color w:val="183B5B"/>
                <w:sz w:val="22"/>
              </w:rPr>
              <w:t>数字がないときも大丈夫</w:t>
            </w:r>
          </w:p>
          <w:p>
            <w:pPr>
              <w:spacing w:after="0" w:line="300" w:lineRule="auto"/>
            </w:pPr>
            <w:r>
              <w:rPr>
                <w:rFonts w:ascii="BIZ UDPGothic" w:hAnsi="BIZ UDPGothic" w:eastAsia="BIZ UDPGothic"/>
                <w:color w:val="243442"/>
                <w:sz w:val="21"/>
              </w:rPr>
              <w:t>無理に数字を作らず、『期限内に完了』『問い合わせの抜け漏れを減らした』『引き継ぎがしやすくなった』など、確認できる変化を書きます。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2. 会社ごとの職歴</w:t>
      </w:r>
    </w:p>
    <w:p>
      <w:pPr>
        <w:spacing w:after="120" w:line="300" w:lineRule="auto"/>
      </w:pPr>
      <w:r>
        <w:rPr>
          <w:rFonts w:ascii="BIZ UDPGothic" w:hAnsi="BIZ UDPGothic" w:eastAsia="BIZ UDPGothic"/>
          <w:color w:val="243442"/>
          <w:sz w:val="22"/>
        </w:rPr>
        <w:t>転職経験がある場合は、この表を会社の数だけコピーしてください。新しい勤務先から順に書くと読みやすくなります。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6" w:color="CBD7E1"/>
          <w:left w:val="single" w:sz="6" w:color="CBD7E1"/>
          <w:bottom w:val="single" w:sz="6" w:color="CBD7E1"/>
          <w:right w:val="single" w:sz="6" w:color="CBD7E1"/>
          <w:insideH w:val="single" w:sz="6" w:color="CBD7E1"/>
          <w:insideV w:val="single" w:sz="6" w:color="CBD7E1"/>
        </w:tblBorders>
      </w:tblPr>
      <w:tblGrid>
        <w:gridCol w:w="2324"/>
        <w:gridCol w:w="7654"/>
      </w:tblGrid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勤務先・在籍期間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［会社名］／［YYYY年M月〜YYYY年M月・現在］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雇用形態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［正社員・契約社員など］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部署・役職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［部署名・役職］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担当業務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［誰に／何を／どこまで担当したか］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仕事の規模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［担当件数・人数・地域など、確認できる範囲］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工夫・改善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［課題→自分の行動→周囲との連携］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結果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［確認できる結果・変化。数字がなければ事実を文章で］</w:t>
            </w:r>
          </w:p>
        </w:tc>
      </w:tr>
      <w:tr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183B5B"/>
                <w:sz w:val="20"/>
              </w:rPr>
              <w:t>使用ツール・資格</w:t>
            </w:r>
          </w:p>
        </w:tc>
        <w:tc>
          <w:tcPr>
            <w:tcW w:type="dxa" w:w="76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IZ UDPGothic" w:hAnsi="BIZ UDPGothic" w:eastAsia="BIZ UDPGothic"/>
                <w:color w:val="243442"/>
                <w:sz w:val="21"/>
              </w:rPr>
              <w:t>［業務で使ったものだけ］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書き方の順番</w:t>
      </w:r>
    </w:p>
    <w:p>
      <w:pPr>
        <w:spacing w:after="80" w:line="300" w:lineRule="auto"/>
        <w:ind w:left="539" w:hanging="272"/>
        <w:numPr>
          <w:ilvl w:val="0"/>
          <w:numId w:val="11"/>
        </w:numPr>
      </w:pPr>
      <w:r>
        <w:t>事実：どんな状況・課題だったか。</w:t>
      </w:r>
    </w:p>
    <w:p>
      <w:pPr>
        <w:spacing w:after="80" w:line="300" w:lineRule="auto"/>
        <w:ind w:left="539" w:hanging="272"/>
        <w:numPr>
          <w:ilvl w:val="0"/>
          <w:numId w:val="11"/>
        </w:numPr>
      </w:pPr>
      <w:r>
        <w:t>行動：自分が考え、実際に行ったこと。</w:t>
      </w:r>
    </w:p>
    <w:p>
      <w:pPr>
        <w:spacing w:after="80" w:line="300" w:lineRule="auto"/>
        <w:ind w:left="539" w:hanging="272"/>
        <w:numPr>
          <w:ilvl w:val="0"/>
          <w:numId w:val="11"/>
        </w:numPr>
      </w:pPr>
      <w:r>
        <w:t>結果：数字・期限・品質・周囲の変化など、確認できること。</w:t>
      </w:r>
    </w:p>
    <w:p>
      <w:pPr>
        <w:spacing w:after="80" w:line="300" w:lineRule="auto"/>
        <w:ind w:left="539" w:hanging="272"/>
        <w:numPr>
          <w:ilvl w:val="0"/>
          <w:numId w:val="11"/>
        </w:numPr>
      </w:pPr>
      <w:r>
        <w:t>再現性：応募先でも活かせる判断や進め方。</w:t>
      </w:r>
    </w:p>
    <w:p>
      <w:r>
        <w:br w:type="page"/>
      </w:r>
    </w:p>
    <w:p>
      <w:pPr>
        <w:pStyle w:val="Heading1"/>
        <w:keepNext/>
      </w:pPr>
      <w:r>
        <w:t>3. 自己PR</w:t>
      </w:r>
    </w:p>
    <w:p>
      <w:pPr>
        <w:spacing w:after="120" w:line="300" w:lineRule="auto"/>
      </w:pPr>
      <w:r>
        <w:rPr>
          <w:rFonts w:ascii="BIZ UDPGothic" w:hAnsi="BIZ UDPGothic" w:eastAsia="BIZ UDPGothic"/>
          <w:color w:val="243442"/>
          <w:sz w:val="22"/>
        </w:rPr>
        <w:t>強みを一つに絞り、根拠になる仕事の場面を添えます。抽象語だけで終わらせないことがポイントです。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6" w:color="CBD7E1"/>
          <w:left w:val="single" w:sz="6" w:color="CBD7E1"/>
          <w:bottom w:val="single" w:sz="6" w:color="CBD7E1"/>
          <w:right w:val="single" w:sz="6" w:color="CBD7E1"/>
          <w:insideH w:val="single" w:sz="6" w:color="CBD7E1"/>
          <w:insideV w:val="single" w:sz="6" w:color="CBD7E1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83B5B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FFFFFF"/>
                <w:sz w:val="21"/>
              </w:rPr>
              <w:t>自己PRの骨組み</w:t>
            </w:r>
          </w:p>
        </w:tc>
      </w:tr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300" w:lineRule="auto"/>
            </w:pPr>
            <w:r>
              <w:rPr>
                <w:rFonts w:ascii="BIZ UDPGothic" w:hAnsi="BIZ UDPGothic" w:eastAsia="BIZ UDPGothic"/>
                <w:color w:val="243442"/>
                <w:sz w:val="21"/>
              </w:rPr>
              <w:t>私の強みは［強み］です。</w:t>
              <w:br/>
              <w:t>［状況・課題］のとき、［自分の役割］として［具体的な行動］を行いました。</w:t>
              <w:br/>
              <w:t>その結果、［確認できる結果・変化］につながりました。</w:t>
              <w:br/>
              <w:t>この経験で身につけた［判断・進め方］を、貴社の［応募職種・業務］でも活かしたいと考えています。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4. 志望動機を職務経歴書に添える場合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6" w:color="CBD7E1"/>
          <w:left w:val="single" w:sz="6" w:color="CBD7E1"/>
          <w:bottom w:val="single" w:sz="6" w:color="CBD7E1"/>
          <w:right w:val="single" w:sz="6" w:color="CBD7E1"/>
          <w:insideH w:val="single" w:sz="6" w:color="CBD7E1"/>
          <w:insideV w:val="single" w:sz="6" w:color="CBD7E1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83B5B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FFFFFF"/>
                <w:sz w:val="21"/>
              </w:rPr>
              <w:t>志望動機の骨組み</w:t>
            </w:r>
          </w:p>
        </w:tc>
      </w:tr>
      <w:tr>
        <w:tc>
          <w:tcPr>
            <w:tcW w:type="dxa" w:w="997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300" w:lineRule="auto"/>
            </w:pPr>
            <w:r>
              <w:rPr>
                <w:rFonts w:ascii="BIZ UDPGothic" w:hAnsi="BIZ UDPGothic" w:eastAsia="BIZ UDPGothic"/>
                <w:color w:val="243442"/>
                <w:sz w:val="21"/>
              </w:rPr>
              <w:t>転職で大切にしているのは［軸］です。</w:t>
              <w:br/>
              <w:t>貴社の［事業・職種・働き方など確認した事実］に魅力を感じています。</w:t>
              <w:br/>
              <w:t>これまでの［経験］を活かして［取り組みたいこと］に貢献したいと考え、応募しました。</w:t>
            </w:r>
          </w:p>
        </w:tc>
      </w:tr>
    </w:tbl>
    <w:p>
      <w:pPr>
        <w:spacing w:after="0"/>
      </w:pPr>
    </w:p>
    <w:p>
      <w:pPr>
        <w:spacing w:after="120" w:line="300" w:lineRule="auto"/>
      </w:pPr>
      <w:r>
        <w:rPr>
          <w:rFonts w:ascii="BIZ UDPGothic" w:hAnsi="BIZ UDPGothic" w:eastAsia="BIZ UDPGothic"/>
          <w:color w:val="5D6B78"/>
          <w:sz w:val="22"/>
        </w:rPr>
        <w:t>企業名を入れ替えただけの文章にせず、求人票・公式サイト・面談で確認した事実を一つ入れます。</w:t>
      </w:r>
    </w:p>
    <w:p>
      <w:pPr>
        <w:pStyle w:val="Heading1"/>
        <w:keepNext/>
      </w:pPr>
      <w:r>
        <w:t>5. 仕上げチェック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40" w:type="dxa"/>
        <w:tblBorders>
          <w:top w:val="single" w:sz="6" w:color="CBD7E1"/>
          <w:left w:val="single" w:sz="6" w:color="CBD7E1"/>
          <w:bottom w:val="single" w:sz="6" w:color="CBD7E1"/>
          <w:right w:val="single" w:sz="6" w:color="CBD7E1"/>
          <w:insideH w:val="single" w:sz="6" w:color="CBD7E1"/>
          <w:insideV w:val="single" w:sz="6" w:color="CBD7E1"/>
        </w:tblBorders>
      </w:tblPr>
      <w:tblGrid>
        <w:gridCol w:w="907"/>
        <w:gridCol w:w="2268"/>
        <w:gridCol w:w="6803"/>
      </w:tblGrid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83B5B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FFFFFF"/>
                <w:sz w:val="20"/>
              </w:rPr>
              <w:t>確認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83B5B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FFFFFF"/>
                <w:sz w:val="20"/>
              </w:rPr>
              <w:t>観点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83B5B"/>
          </w:tcPr>
          <w:p>
            <w:pPr>
              <w:spacing w:after="0"/>
            </w:pPr>
            <w:r>
              <w:rPr>
                <w:rFonts w:ascii="BIZ UDPGothic" w:hAnsi="BIZ UDPGothic" w:eastAsia="BIZ UDPGothic"/>
                <w:b/>
                <w:color w:val="FFFFFF"/>
                <w:sz w:val="20"/>
              </w:rPr>
              <w:t>チェック内容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□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/>
                <w:color w:val="243442"/>
                <w:sz w:val="20"/>
              </w:rPr>
              <w:t>事実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数字・期間・役職・資格は確認できる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□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/>
                <w:color w:val="243442"/>
                <w:sz w:val="20"/>
              </w:rPr>
              <w:t>守秘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left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取引先名・未公開案件・他人の個人情報を削除した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□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/>
                <w:color w:val="243442"/>
                <w:sz w:val="20"/>
              </w:rPr>
              <w:t>読みやすさ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1文を短くし、同じ表現の繰り返しを減らした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□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/>
                <w:color w:val="243442"/>
                <w:sz w:val="20"/>
              </w:rPr>
              <w:t>自分の言葉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left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面接で聞かれても、自分で説明できる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□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/>
                <w:color w:val="243442"/>
                <w:sz w:val="20"/>
              </w:rPr>
              <w:t>応募先との接点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求人票で求める経験と、自分の経験がつながっている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□</w:t>
            </w:r>
          </w:p>
        </w:tc>
        <w:tc>
          <w:tcPr>
            <w:tcW w:type="dxa" w:w="22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center"/>
            </w:pPr>
            <w:r>
              <w:rPr>
                <w:rFonts w:ascii="BIZ UDPGothic" w:hAnsi="BIZ UDPGothic" w:eastAsia="BIZ UDPGothic"/>
                <w:b/>
                <w:color w:val="243442"/>
                <w:sz w:val="20"/>
              </w:rPr>
              <w:t>最終確認</w:t>
            </w:r>
          </w:p>
        </w:tc>
        <w:tc>
          <w:tcPr>
            <w:tcW w:type="dxa" w:w="68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4F6F8"/>
          </w:tcPr>
          <w:p>
            <w:pPr>
              <w:spacing w:after="0"/>
              <w:jc w:val="left"/>
            </w:pPr>
            <w:r>
              <w:rPr>
                <w:rFonts w:ascii="BIZ UDPGothic" w:hAnsi="BIZ UDPGothic" w:eastAsia="BIZ UDPGothic"/>
                <w:b w:val="0"/>
                <w:color w:val="243442"/>
                <w:sz w:val="20"/>
              </w:rPr>
              <w:t>角かっこ［ ］や未入力欄が残っていない</w:t>
            </w:r>
          </w:p>
        </w:tc>
      </w:tr>
    </w:tbl>
    <w:p>
      <w:pPr>
        <w:pStyle w:val="Heading2"/>
        <w:keepNext/>
      </w:pPr>
      <w:r>
        <w:t>必要ならブラウザで下書きを作成</w:t>
      </w:r>
    </w:p>
    <w:p>
      <w:pPr>
        <w:spacing w:after="120" w:line="300" w:lineRule="auto"/>
      </w:pPr>
      <w:r>
        <w:rPr>
          <w:rFonts w:ascii="BIZ UDPGothic" w:hAnsi="BIZ UDPGothic" w:eastAsia="BIZ UDPGothic"/>
          <w:color w:val="243442"/>
          <w:sz w:val="22"/>
        </w:rPr>
        <w:t>入力内容を外部送信・保存しない文章下書きツール：</w:t>
      </w:r>
    </w:p>
    <w:p>
      <w:pPr>
        <w:spacing w:after="80"/>
      </w:pPr>
      <w:r>
        <w:rPr>
          <w:rFonts w:ascii="BIZ UDPGothic" w:hAnsi="BIZ UDPGothic" w:eastAsia="BIZ UDPGothic"/>
          <w:b/>
          <w:color w:val="2E74B5"/>
          <w:sz w:val="21"/>
        </w:rPr>
        <w:t>https://tenshoku-levelup.com/resume-builder/</w:t>
      </w:r>
    </w:p>
    <w:p>
      <w:pPr>
        <w:spacing w:after="0" w:line="300" w:lineRule="auto"/>
      </w:pPr>
      <w:r>
        <w:rPr>
          <w:rFonts w:ascii="BIZ UDPGothic" w:hAnsi="BIZ UDPGothic" w:eastAsia="BIZ UDPGothic"/>
          <w:b/>
          <w:color w:val="183B5B"/>
          <w:sz w:val="22"/>
        </w:rPr>
        <w:t>最後のひと手間：</w:t>
      </w:r>
      <w:r>
        <w:rPr>
          <w:rFonts w:ascii="BIZ UDPGothic" w:hAnsi="BIZ UDPGothic" w:eastAsia="BIZ UDPGothic"/>
          <w:color w:val="183B5B"/>
          <w:sz w:val="22"/>
        </w:rPr>
        <w:t>完成後は第三者に一度読んでもらうか、翌日に読み直してください。少し間を置くと、硬すぎる言葉や説明不足に気づきやすくなります。</w:t>
      </w:r>
    </w:p>
    <w:sectPr>
      <w:headerReference w:type="default" r:id="rId9"/>
      <w:footerReference w:type="default" r:id="rId10"/>
      <w:pgSz w:w="11906" w:h="16838"/>
      <w:pgMar w:top="964" w:right="964" w:bottom="964" w:left="96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BIZ UDPGothic" w:hAnsi="BIZ UDPGothic" w:eastAsia="BIZ UDPGothic"/>
        <w:color w:val="5D6B78"/>
        <w:sz w:val="17"/>
      </w:rPr>
      <w:t xml:space="preserve">https://tenshoku-levelup.com/resume-builder/    </w:t>
    </w:r>
    <w:r>
      <w:rPr>
        <w:rFonts w:ascii="BIZ UDPGothic" w:hAnsi="BIZ UDPGothic" w:eastAsia="BIZ UDPGothic"/>
        <w:color w:val="5D6B78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BIZ UDPGothic" w:hAnsi="BIZ UDPGothic" w:eastAsia="BIZ UDPGothic"/>
        <w:b/>
        <w:color w:val="5D6B78"/>
        <w:sz w:val="17"/>
      </w:rPr>
      <w:t>転職レベルアップ  |  職務経歴書テンプレート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BIZ UDPGothic" w:hAnsi="BIZ UDPGothic" w:eastAsia="BIZ UDPGothic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BIZ UDPGothic" w:hAnsi="BIZ UDPGothic" w:eastAsia="BIZ UDPGothi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BIZ UDPGothic" w:hAnsi="BIZ UDPGothic" w:eastAsia="BIZ UDPGothi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BIZ UDPGothic" w:hAnsi="BIZ UDPGothic" w:eastAsia="BIZ UDPGothi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39" w:hanging="272"/>
      <w:contextualSpacing/>
    </w:pPr>
    <w:rPr>
      <w:rFonts w:ascii="BIZ UDPGothic" w:hAnsi="BIZ UDPGothic" w:eastAsia="BIZ UDPGothic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39" w:hanging="272"/>
      <w:contextualSpacing/>
    </w:pPr>
    <w:rPr>
      <w:rFonts w:ascii="BIZ UDPGothic" w:hAnsi="BIZ UDPGothic" w:eastAsia="BIZ UDPGothic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職務要約・職務経歴書 下書きテンプレート</dc:title>
  <dc:subject>30代・家族持ち向け転職準備</dc:subject>
  <dc:creator/>
  <cp:keywords>職務要約, 職務経歴書, 転職, テンプレート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